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6690"/>
      </w:tblGrid>
      <w:tr w:rsidR="00DE6D3C" w14:paraId="60A8EBB4" w14:textId="77777777">
        <w:trPr>
          <w:jc w:val="center"/>
        </w:trPr>
        <w:tc>
          <w:tcPr>
            <w:tcW w:w="32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B63A0" w14:textId="77777777" w:rsidR="00DE6D3C" w:rsidRDefault="00DE6D3C"/>
        </w:tc>
        <w:tc>
          <w:tcPr>
            <w:tcW w:w="66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9BF34" w14:textId="77777777" w:rsidR="00DE6D3C" w:rsidRDefault="00FE2FFB">
            <w:r>
              <w:rPr>
                <w:noProof/>
              </w:rPr>
              <w:drawing>
                <wp:inline distT="0" distB="0" distL="0" distR="0" wp14:anchorId="5C4DE002" wp14:editId="32978A9D">
                  <wp:extent cx="2052000" cy="11205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source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112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752F9" w14:textId="77777777" w:rsidR="00DE6D3C" w:rsidRDefault="00DE6D3C">
      <w:pPr>
        <w:spacing w:after="40"/>
      </w:pPr>
    </w:p>
    <w:p w14:paraId="55E6FA97" w14:textId="77777777" w:rsidR="00DE6D3C" w:rsidRDefault="00FE2FFB">
      <w:pPr>
        <w:jc w:val="center"/>
      </w:pPr>
      <w:r>
        <w:rPr>
          <w:b/>
          <w:color w:val="1F4E79"/>
          <w:sz w:val="38"/>
        </w:rPr>
        <w:t>PRIJAVNA VLOGA</w:t>
      </w:r>
    </w:p>
    <w:p w14:paraId="19284E6C" w14:textId="77777777" w:rsidR="00DE6D3C" w:rsidRDefault="00FE2FFB">
      <w:pPr>
        <w:jc w:val="center"/>
      </w:pPr>
      <w:r>
        <w:rPr>
          <w:b/>
          <w:sz w:val="26"/>
        </w:rPr>
        <w:t>za interni razpis za ustanovitev programskih enot pod vodstvom</w:t>
      </w:r>
      <w:r>
        <w:rPr>
          <w:b/>
          <w:sz w:val="26"/>
        </w:rPr>
        <w:br/>
        <w:t>uveljavljenih slovenskih raziskovalcev, delujočih v tujini</w:t>
      </w:r>
    </w:p>
    <w:p w14:paraId="3A55375D" w14:textId="77777777" w:rsidR="00DE6D3C" w:rsidRDefault="00DE6D3C">
      <w:pPr>
        <w:jc w:val="center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2A72FFBE" w14:textId="77777777">
        <w:tc>
          <w:tcPr>
            <w:tcW w:w="9972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239B21D" w14:textId="77777777" w:rsidR="00DE6D3C" w:rsidRDefault="00FE2FFB">
            <w:r>
              <w:rPr>
                <w:i/>
                <w:sz w:val="18"/>
              </w:rPr>
              <w:t>Vlogo izpolnite v skladu z besedilom internega razpisa. Prijava mora biti vsebinsko popolna, potrjena s podpisoma kandidata za vodjo programske enote in vodje raziskovalnega programa ter elektronsko podpisana s strani dekana članice oziroma pooblaščene osebe.</w:t>
            </w:r>
          </w:p>
        </w:tc>
      </w:tr>
    </w:tbl>
    <w:p w14:paraId="18C9E395" w14:textId="77777777" w:rsidR="00DE6D3C" w:rsidRDefault="00DE6D3C"/>
    <w:p w14:paraId="142C9084" w14:textId="77777777" w:rsidR="00DE6D3C" w:rsidRDefault="00FE2FFB">
      <w:pPr>
        <w:pStyle w:val="Naslov1"/>
      </w:pPr>
      <w:r>
        <w:t>1. SPLOŠNI PODATKI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2FF4AD17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B0D313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Prijaviteljica - članica UL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9E3F70" w14:textId="77777777" w:rsidR="00DE6D3C" w:rsidRDefault="00DE6D3C">
            <w:pPr>
              <w:spacing w:after="0"/>
            </w:pPr>
          </w:p>
        </w:tc>
      </w:tr>
    </w:tbl>
    <w:p w14:paraId="58A11981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741725F1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5C5503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Naziv obstoječega raziskovalnega programa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362430" w14:textId="77777777" w:rsidR="00DE6D3C" w:rsidRDefault="00DE6D3C">
            <w:pPr>
              <w:spacing w:after="0"/>
            </w:pPr>
          </w:p>
        </w:tc>
      </w:tr>
    </w:tbl>
    <w:p w14:paraId="37178CF5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255BB265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8756F7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ARIS šifra raziskovalnega programa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2011E7" w14:textId="77777777" w:rsidR="00DE6D3C" w:rsidRDefault="00DE6D3C">
            <w:pPr>
              <w:spacing w:after="0"/>
            </w:pPr>
          </w:p>
        </w:tc>
      </w:tr>
    </w:tbl>
    <w:p w14:paraId="49D7A0B0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62554C84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3C4B2A" w14:textId="5A9DA7F5" w:rsidR="00DE6D3C" w:rsidRDefault="00FE2FFB">
            <w:pPr>
              <w:spacing w:after="0"/>
            </w:pPr>
            <w:r>
              <w:rPr>
                <w:b/>
                <w:sz w:val="18"/>
              </w:rPr>
              <w:t>Vodja raziskovalnega programa</w:t>
            </w:r>
            <w:r w:rsidR="00C507C8">
              <w:rPr>
                <w:b/>
                <w:sz w:val="18"/>
              </w:rPr>
              <w:t xml:space="preserve"> UL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1C722F" w14:textId="77777777" w:rsidR="00DE6D3C" w:rsidRDefault="00DE6D3C">
            <w:pPr>
              <w:spacing w:after="0"/>
            </w:pPr>
          </w:p>
        </w:tc>
      </w:tr>
    </w:tbl>
    <w:p w14:paraId="7D653CD1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28E1D5CD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DB081A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Elektronski naslov vodje raziskovalnega programa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D28FC3" w14:textId="77777777" w:rsidR="00DE6D3C" w:rsidRDefault="00DE6D3C">
            <w:pPr>
              <w:spacing w:after="0"/>
            </w:pPr>
          </w:p>
        </w:tc>
      </w:tr>
    </w:tbl>
    <w:p w14:paraId="7AD3E885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61A44D1D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8C33DC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Naziv predlagane programske enote (SLO)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AE529E" w14:textId="77777777" w:rsidR="00DE6D3C" w:rsidRDefault="00DE6D3C">
            <w:pPr>
              <w:spacing w:after="0"/>
            </w:pPr>
          </w:p>
        </w:tc>
      </w:tr>
    </w:tbl>
    <w:p w14:paraId="772F49F1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05C1A706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349EC8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Naziv predlagane programske enote (ANG)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BC3ECA" w14:textId="77777777" w:rsidR="00DE6D3C" w:rsidRDefault="00DE6D3C">
            <w:pPr>
              <w:spacing w:after="0"/>
            </w:pPr>
          </w:p>
        </w:tc>
      </w:tr>
    </w:tbl>
    <w:p w14:paraId="71314A46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779D31F5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FB4902" w14:textId="0A0FC0E7" w:rsidR="00DE6D3C" w:rsidRPr="00B40B09" w:rsidRDefault="00FE2FFB">
            <w:pPr>
              <w:spacing w:after="0"/>
              <w:rPr>
                <w:sz w:val="18"/>
                <w:szCs w:val="18"/>
              </w:rPr>
            </w:pPr>
            <w:r w:rsidRPr="00B40B09">
              <w:rPr>
                <w:b/>
                <w:sz w:val="18"/>
                <w:szCs w:val="18"/>
              </w:rPr>
              <w:t xml:space="preserve">Primarno </w:t>
            </w:r>
            <w:hyperlink r:id="rId12" w:history="1">
              <w:r w:rsidR="00B40B09" w:rsidRPr="00B40B09">
                <w:rPr>
                  <w:rStyle w:val="Hiperpovezava"/>
                  <w:rFonts w:asciiTheme="minorHAnsi" w:hAnsiTheme="minorHAnsi" w:cstheme="minorHAnsi"/>
                  <w:b/>
                  <w:bCs/>
                  <w:sz w:val="18"/>
                  <w:szCs w:val="18"/>
                </w:rPr>
                <w:t>ERC podpodročje</w:t>
              </w:r>
            </w:hyperlink>
            <w:r w:rsidR="00B40B09" w:rsidRPr="00B40B09">
              <w:rPr>
                <w:sz w:val="18"/>
                <w:szCs w:val="18"/>
              </w:rPr>
              <w:t xml:space="preserve"> </w:t>
            </w:r>
            <w:r w:rsidRPr="00B40B09">
              <w:rPr>
                <w:b/>
                <w:sz w:val="18"/>
                <w:szCs w:val="18"/>
              </w:rPr>
              <w:t>in podpodročje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2C82A7" w14:textId="77777777" w:rsidR="00DE6D3C" w:rsidRDefault="00DE6D3C">
            <w:pPr>
              <w:spacing w:after="0"/>
            </w:pPr>
          </w:p>
        </w:tc>
      </w:tr>
    </w:tbl>
    <w:p w14:paraId="6492766B" w14:textId="77777777" w:rsidR="00DE6D3C" w:rsidRDefault="00DE6D3C">
      <w:pPr>
        <w:spacing w:after="20"/>
      </w:pPr>
    </w:p>
    <w:p w14:paraId="46A04D09" w14:textId="77777777" w:rsidR="00ED5B9B" w:rsidRDefault="00ED5B9B">
      <w:pPr>
        <w:pStyle w:val="Naslov1"/>
      </w:pPr>
    </w:p>
    <w:p w14:paraId="61D5CECB" w14:textId="7763B193" w:rsidR="00DE6D3C" w:rsidRDefault="00FE2FFB">
      <w:pPr>
        <w:pStyle w:val="Naslov1"/>
      </w:pPr>
      <w:r>
        <w:t>2. KANDIDAT ZA VODJO PROGRAMSKE ENOTE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07F51547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6B3F79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Ime in priimek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6EFD38" w14:textId="77777777" w:rsidR="00DE6D3C" w:rsidRDefault="00DE6D3C">
            <w:pPr>
              <w:spacing w:after="0"/>
            </w:pPr>
          </w:p>
        </w:tc>
      </w:tr>
    </w:tbl>
    <w:p w14:paraId="603E06A7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777423E0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9227E8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Državljanstvo oziroma navedba slovenskega porekla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11D70E" w14:textId="77777777" w:rsidR="00DE6D3C" w:rsidRDefault="00DE6D3C">
            <w:pPr>
              <w:spacing w:after="0"/>
            </w:pPr>
          </w:p>
        </w:tc>
      </w:tr>
    </w:tbl>
    <w:p w14:paraId="3D9148E1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482AF131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A5A700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Akademski oziroma znanstveni naziv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045483" w14:textId="77777777" w:rsidR="00DE6D3C" w:rsidRDefault="00DE6D3C">
            <w:pPr>
              <w:spacing w:after="0"/>
            </w:pPr>
          </w:p>
        </w:tc>
      </w:tr>
    </w:tbl>
    <w:p w14:paraId="0F9D8D9F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22E5AB05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4EBCA4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Raziskovalna organizacija oziroma univerza v tujini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A7BC0B" w14:textId="77777777" w:rsidR="00DE6D3C" w:rsidRDefault="00DE6D3C">
            <w:pPr>
              <w:spacing w:after="0"/>
            </w:pPr>
          </w:p>
        </w:tc>
      </w:tr>
    </w:tbl>
    <w:p w14:paraId="704E18EA" w14:textId="77777777" w:rsidR="00DE6D3C" w:rsidRDefault="00DE6D3C">
      <w:pPr>
        <w:spacing w:after="20"/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DE6D3C" w14:paraId="6D951951" w14:textId="77777777">
        <w:trPr>
          <w:jc w:val="center"/>
        </w:trPr>
        <w:tc>
          <w:tcPr>
            <w:tcW w:w="3402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1EC024" w14:textId="77777777" w:rsidR="00DE6D3C" w:rsidRDefault="00FE2FFB">
            <w:pPr>
              <w:spacing w:after="0"/>
            </w:pPr>
            <w:r>
              <w:rPr>
                <w:b/>
                <w:sz w:val="18"/>
              </w:rPr>
              <w:t>Elektronski naslov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BE1E16" w14:textId="77777777" w:rsidR="00DE6D3C" w:rsidRDefault="00DE6D3C">
            <w:pPr>
              <w:spacing w:after="0"/>
            </w:pPr>
          </w:p>
        </w:tc>
      </w:tr>
    </w:tbl>
    <w:p w14:paraId="79BC9FA7" w14:textId="77777777" w:rsidR="00DE6D3C" w:rsidRDefault="00DE6D3C">
      <w:pPr>
        <w:spacing w:after="20"/>
      </w:pPr>
    </w:p>
    <w:p w14:paraId="5445C5F9" w14:textId="77777777" w:rsidR="00DE6D3C" w:rsidRDefault="00FE2FFB">
      <w:pPr>
        <w:pStyle w:val="Naslov2"/>
      </w:pPr>
      <w:r>
        <w:t>2.1 Kratka biografija kandidata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18C00D86" w14:textId="77777777">
        <w:tc>
          <w:tcPr>
            <w:tcW w:w="9972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3C8C87D" w14:textId="1823494D" w:rsidR="00DE6D3C" w:rsidRDefault="00FE2FFB">
            <w:r>
              <w:rPr>
                <w:i/>
                <w:sz w:val="18"/>
              </w:rPr>
              <w:t>Predstavite raziskovalno pot, mednarodno uveljavljenost, ključne funkcije in povezavo kandidata s predlaganim področjem programske enote.</w:t>
            </w:r>
            <w:r w:rsidR="003448E0">
              <w:rPr>
                <w:i/>
                <w:sz w:val="18"/>
              </w:rPr>
              <w:t xml:space="preserve"> (največ ½ strani)</w:t>
            </w:r>
          </w:p>
        </w:tc>
      </w:tr>
    </w:tbl>
    <w:p w14:paraId="1AD3844E" w14:textId="77777777" w:rsidR="00DE6D3C" w:rsidRDefault="00DE6D3C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48A4DCB0" w14:textId="77777777">
        <w:tc>
          <w:tcPr>
            <w:tcW w:w="997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F8767C6" w14:textId="77777777" w:rsidR="00DE6D3C" w:rsidRDefault="00DE6D3C"/>
        </w:tc>
      </w:tr>
    </w:tbl>
    <w:p w14:paraId="77B329E5" w14:textId="77777777" w:rsidR="00DE6D3C" w:rsidRDefault="00DE6D3C"/>
    <w:p w14:paraId="2F5B2DDA" w14:textId="77777777" w:rsidR="00DE6D3C" w:rsidRDefault="00FE2FFB">
      <w:pPr>
        <w:pStyle w:val="Naslov2"/>
      </w:pPr>
      <w:r>
        <w:t>2.2 Izpolnjevanje pogojev kandidata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850"/>
      </w:tblGrid>
      <w:tr w:rsidR="000438EF" w14:paraId="177C888C" w14:textId="77777777">
        <w:trPr>
          <w:tblHeader/>
          <w:jc w:val="center"/>
        </w:trPr>
        <w:tc>
          <w:tcPr>
            <w:tcW w:w="4649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FAE12E" w14:textId="77777777" w:rsidR="000438EF" w:rsidRDefault="000438EF">
            <w:pPr>
              <w:spacing w:after="0"/>
            </w:pPr>
            <w:r>
              <w:rPr>
                <w:b/>
                <w:color w:val="FFFFFF"/>
                <w:sz w:val="18"/>
              </w:rPr>
              <w:t>Pogoj</w:t>
            </w:r>
          </w:p>
        </w:tc>
        <w:tc>
          <w:tcPr>
            <w:tcW w:w="85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9D8B82" w14:textId="77777777" w:rsidR="000438EF" w:rsidRDefault="000438EF">
            <w:pPr>
              <w:spacing w:after="0"/>
            </w:pPr>
            <w:r>
              <w:rPr>
                <w:b/>
                <w:color w:val="FFFFFF"/>
                <w:sz w:val="18"/>
              </w:rPr>
              <w:t>DA</w:t>
            </w:r>
          </w:p>
        </w:tc>
      </w:tr>
      <w:tr w:rsidR="000438EF" w14:paraId="0BA4A30B" w14:textId="77777777">
        <w:trPr>
          <w:jc w:val="center"/>
        </w:trPr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8F1969" w14:textId="77777777" w:rsidR="000438EF" w:rsidRDefault="000438EF">
            <w:pPr>
              <w:spacing w:after="0"/>
            </w:pPr>
            <w:r>
              <w:rPr>
                <w:sz w:val="18"/>
              </w:rPr>
              <w:t>Državljan Republike Slovenije ali raziskovalec slovenskega porekla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CE8D9C" w14:textId="77777777" w:rsidR="000438EF" w:rsidRDefault="000438EF">
            <w:pPr>
              <w:spacing w:after="0"/>
            </w:pPr>
          </w:p>
        </w:tc>
      </w:tr>
      <w:tr w:rsidR="000438EF" w14:paraId="26A50C29" w14:textId="77777777">
        <w:trPr>
          <w:jc w:val="center"/>
        </w:trPr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0F81C9" w14:textId="77777777" w:rsidR="000438EF" w:rsidRDefault="000438EF">
            <w:pPr>
              <w:spacing w:after="0"/>
            </w:pPr>
            <w:r>
              <w:rPr>
                <w:sz w:val="18"/>
              </w:rPr>
              <w:t>Zaposlen in raziskovalno dejaven na priznani organizaciji ali univerzi zunaj Republike Slovenije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F2DCFA" w14:textId="77777777" w:rsidR="000438EF" w:rsidRDefault="000438EF">
            <w:pPr>
              <w:spacing w:after="0"/>
            </w:pPr>
          </w:p>
        </w:tc>
      </w:tr>
      <w:tr w:rsidR="000438EF" w14:paraId="2E2A2A94" w14:textId="77777777">
        <w:trPr>
          <w:jc w:val="center"/>
        </w:trPr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D0575D" w14:textId="77777777" w:rsidR="000438EF" w:rsidRDefault="000438EF">
            <w:pPr>
              <w:spacing w:after="0"/>
            </w:pPr>
            <w:r>
              <w:rPr>
                <w:sz w:val="18"/>
              </w:rPr>
              <w:t>V času vodenja bo v Sloveniji zaposlen izključno na UL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B455C9" w14:textId="77777777" w:rsidR="000438EF" w:rsidRDefault="000438EF">
            <w:pPr>
              <w:spacing w:after="0"/>
            </w:pPr>
          </w:p>
        </w:tc>
      </w:tr>
    </w:tbl>
    <w:p w14:paraId="22B04244" w14:textId="77777777" w:rsidR="00DE6D3C" w:rsidRDefault="00DE6D3C">
      <w:pPr>
        <w:spacing w:after="20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73463D49" w14:textId="77777777">
        <w:tc>
          <w:tcPr>
            <w:tcW w:w="9972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EEADDA7" w14:textId="77777777" w:rsidR="00DE6D3C" w:rsidRDefault="00FE2FFB">
            <w:r>
              <w:rPr>
                <w:i/>
                <w:sz w:val="18"/>
              </w:rPr>
              <w:t>Kandidat mora izpolnjevati vse tri zgornje pogoje in najmanj tri dodatne pogoje v nadaljevanju.</w:t>
            </w:r>
          </w:p>
        </w:tc>
      </w:tr>
    </w:tbl>
    <w:p w14:paraId="68AA0FC1" w14:textId="77777777" w:rsidR="00DE6D3C" w:rsidRDefault="00DE6D3C"/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5102"/>
        <w:gridCol w:w="907"/>
        <w:gridCol w:w="3912"/>
      </w:tblGrid>
      <w:tr w:rsidR="00DE6D3C" w14:paraId="04357A11" w14:textId="77777777">
        <w:trPr>
          <w:tblHeader/>
          <w:jc w:val="center"/>
        </w:trPr>
        <w:tc>
          <w:tcPr>
            <w:tcW w:w="5102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2B513A" w14:textId="77777777" w:rsidR="00DE6D3C" w:rsidRDefault="00FE2FFB">
            <w:pPr>
              <w:spacing w:after="0"/>
            </w:pPr>
            <w:r>
              <w:rPr>
                <w:b/>
                <w:color w:val="FFFFFF"/>
                <w:sz w:val="18"/>
              </w:rPr>
              <w:t>Dodatni pogoj</w:t>
            </w:r>
          </w:p>
        </w:tc>
        <w:tc>
          <w:tcPr>
            <w:tcW w:w="907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D8106A" w14:textId="77777777" w:rsidR="00DE6D3C" w:rsidRDefault="00FE2FFB">
            <w:pPr>
              <w:spacing w:after="0"/>
            </w:pPr>
            <w:r>
              <w:rPr>
                <w:b/>
                <w:color w:val="FFFFFF"/>
                <w:sz w:val="18"/>
              </w:rPr>
              <w:t>DA</w:t>
            </w:r>
          </w:p>
        </w:tc>
        <w:tc>
          <w:tcPr>
            <w:tcW w:w="3912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FA6D07" w14:textId="76DF772C" w:rsidR="00DE6D3C" w:rsidRDefault="001C43EE">
            <w:pPr>
              <w:spacing w:after="0"/>
            </w:pPr>
            <w:r w:rsidRPr="001C43EE">
              <w:rPr>
                <w:b/>
                <w:color w:val="FFFFFF"/>
                <w:sz w:val="18"/>
              </w:rPr>
              <w:t>Navedba javno dostopnega vira oziroma povezava do njega, na podlagi katerega je mogoče preveriti izpolnjevanje pogoja</w:t>
            </w:r>
          </w:p>
        </w:tc>
      </w:tr>
      <w:tr w:rsidR="00DE6D3C" w14:paraId="0CE60083" w14:textId="77777777">
        <w:trPr>
          <w:jc w:val="center"/>
        </w:trPr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988D75" w14:textId="25AF966B" w:rsidR="00DE6D3C" w:rsidRDefault="00FE2FFB">
            <w:pPr>
              <w:spacing w:after="0"/>
            </w:pPr>
            <w:r>
              <w:rPr>
                <w:sz w:val="18"/>
              </w:rPr>
              <w:t>V zadnjih 10 letih</w:t>
            </w:r>
            <w:r w:rsidR="00B446AC">
              <w:rPr>
                <w:sz w:val="18"/>
              </w:rPr>
              <w:t xml:space="preserve"> (01. 01. 2015 do 31.12.2025)</w:t>
            </w:r>
            <w:r>
              <w:rPr>
                <w:sz w:val="18"/>
              </w:rPr>
              <w:t xml:space="preserve"> uvrščen med visoko citirane raziskovalce</w:t>
            </w:r>
          </w:p>
        </w:tc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778C96" w14:textId="77777777" w:rsidR="00DE6D3C" w:rsidRDefault="00DE6D3C">
            <w:pPr>
              <w:spacing w:after="0"/>
            </w:pPr>
          </w:p>
        </w:tc>
        <w:tc>
          <w:tcPr>
            <w:tcW w:w="39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590A1E" w14:textId="77777777" w:rsidR="00DE6D3C" w:rsidRDefault="00DE6D3C">
            <w:pPr>
              <w:spacing w:after="0"/>
            </w:pPr>
          </w:p>
        </w:tc>
      </w:tr>
      <w:tr w:rsidR="00DE6D3C" w14:paraId="1517A44F" w14:textId="77777777">
        <w:trPr>
          <w:jc w:val="center"/>
        </w:trPr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AE57D6" w14:textId="381A2B78" w:rsidR="00DE6D3C" w:rsidRDefault="00FE2FFB">
            <w:pPr>
              <w:spacing w:after="0"/>
            </w:pPr>
            <w:r>
              <w:rPr>
                <w:sz w:val="18"/>
              </w:rPr>
              <w:lastRenderedPageBreak/>
              <w:t>Redno objavljanje v najuglednejših publikacijah področja v zadnjih 10 letih</w:t>
            </w:r>
            <w:r w:rsidR="00B446AC">
              <w:rPr>
                <w:sz w:val="18"/>
              </w:rPr>
              <w:t xml:space="preserve"> (01.01.2015 do 31.12.2025)</w:t>
            </w:r>
          </w:p>
        </w:tc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6C9A10" w14:textId="77777777" w:rsidR="00DE6D3C" w:rsidRDefault="00DE6D3C">
            <w:pPr>
              <w:spacing w:after="0"/>
            </w:pPr>
          </w:p>
        </w:tc>
        <w:tc>
          <w:tcPr>
            <w:tcW w:w="39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5F3241" w14:textId="77777777" w:rsidR="00DE6D3C" w:rsidRDefault="00DE6D3C">
            <w:pPr>
              <w:spacing w:after="0"/>
            </w:pPr>
          </w:p>
        </w:tc>
      </w:tr>
      <w:tr w:rsidR="00DE6D3C" w14:paraId="1DA7A7F0" w14:textId="77777777">
        <w:trPr>
          <w:jc w:val="center"/>
        </w:trPr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07231F" w14:textId="77777777" w:rsidR="00DE6D3C" w:rsidRDefault="00FE2FFB">
            <w:pPr>
              <w:spacing w:after="0"/>
            </w:pPr>
            <w:r>
              <w:rPr>
                <w:sz w:val="18"/>
              </w:rPr>
              <w:t>Prejemnik ugledne mednarodne znanstvene nagrade</w:t>
            </w:r>
          </w:p>
        </w:tc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DB2D7B" w14:textId="77777777" w:rsidR="00DE6D3C" w:rsidRDefault="00DE6D3C">
            <w:pPr>
              <w:spacing w:after="0"/>
            </w:pPr>
          </w:p>
        </w:tc>
        <w:tc>
          <w:tcPr>
            <w:tcW w:w="39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6CC3FE" w14:textId="77777777" w:rsidR="00DE6D3C" w:rsidRDefault="00DE6D3C">
            <w:pPr>
              <w:spacing w:after="0"/>
            </w:pPr>
          </w:p>
        </w:tc>
      </w:tr>
      <w:tr w:rsidR="00DE6D3C" w14:paraId="0C00F665" w14:textId="77777777">
        <w:trPr>
          <w:jc w:val="center"/>
        </w:trPr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E272A9" w14:textId="19742D7A" w:rsidR="00DE6D3C" w:rsidRDefault="00FE2FFB">
            <w:pPr>
              <w:spacing w:after="0"/>
            </w:pPr>
            <w:r>
              <w:rPr>
                <w:sz w:val="18"/>
              </w:rPr>
              <w:t>Nosilec/vodja ERC Advanced Grant ali prejemnik NIH Director's Pioneer Award</w:t>
            </w:r>
            <w:r w:rsidR="00E41480">
              <w:rPr>
                <w:sz w:val="18"/>
              </w:rPr>
              <w:t xml:space="preserve"> ali Howard Hughes fellow</w:t>
            </w:r>
          </w:p>
        </w:tc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559A61" w14:textId="77777777" w:rsidR="00DE6D3C" w:rsidRDefault="00DE6D3C">
            <w:pPr>
              <w:spacing w:after="0"/>
            </w:pPr>
          </w:p>
        </w:tc>
        <w:tc>
          <w:tcPr>
            <w:tcW w:w="39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10650A" w14:textId="77777777" w:rsidR="00DE6D3C" w:rsidRDefault="00DE6D3C">
            <w:pPr>
              <w:spacing w:after="0"/>
            </w:pPr>
          </w:p>
        </w:tc>
      </w:tr>
      <w:tr w:rsidR="00DE6D3C" w14:paraId="4BA31397" w14:textId="77777777">
        <w:trPr>
          <w:jc w:val="center"/>
        </w:trPr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F9384A" w14:textId="77777777" w:rsidR="00DE6D3C" w:rsidRDefault="00FE2FFB">
            <w:pPr>
              <w:spacing w:after="0"/>
            </w:pPr>
            <w:r>
              <w:rPr>
                <w:sz w:val="18"/>
              </w:rPr>
              <w:t>Mednarodno priznani kazalniki potrjujejo vodilni položaj na ERC področju</w:t>
            </w:r>
          </w:p>
        </w:tc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F1402E" w14:textId="77777777" w:rsidR="00DE6D3C" w:rsidRDefault="00DE6D3C">
            <w:pPr>
              <w:spacing w:after="0"/>
            </w:pPr>
          </w:p>
        </w:tc>
        <w:tc>
          <w:tcPr>
            <w:tcW w:w="39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38019F" w14:textId="77777777" w:rsidR="00DE6D3C" w:rsidRDefault="00DE6D3C">
            <w:pPr>
              <w:spacing w:after="0"/>
            </w:pPr>
          </w:p>
        </w:tc>
      </w:tr>
      <w:tr w:rsidR="00DE6D3C" w14:paraId="2558E0B5" w14:textId="77777777">
        <w:trPr>
          <w:jc w:val="center"/>
        </w:trPr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337819" w14:textId="77777777" w:rsidR="00DE6D3C" w:rsidRDefault="00FE2FFB">
            <w:pPr>
              <w:spacing w:after="0"/>
            </w:pPr>
            <w:r>
              <w:rPr>
                <w:sz w:val="18"/>
              </w:rPr>
              <w:t>Indeks h najmanj 50 po Scopus ali Web of Science</w:t>
            </w:r>
          </w:p>
        </w:tc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9334AB" w14:textId="77777777" w:rsidR="00DE6D3C" w:rsidRDefault="00DE6D3C">
            <w:pPr>
              <w:spacing w:after="0"/>
            </w:pPr>
          </w:p>
        </w:tc>
        <w:tc>
          <w:tcPr>
            <w:tcW w:w="39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5858F1" w14:textId="77777777" w:rsidR="00DE6D3C" w:rsidRDefault="00DE6D3C">
            <w:pPr>
              <w:spacing w:after="0"/>
            </w:pPr>
          </w:p>
        </w:tc>
      </w:tr>
    </w:tbl>
    <w:p w14:paraId="5DB13A59" w14:textId="77777777" w:rsidR="00DE6D3C" w:rsidRDefault="00DE6D3C">
      <w:pPr>
        <w:spacing w:after="20"/>
      </w:pPr>
    </w:p>
    <w:p w14:paraId="731843D1" w14:textId="77777777" w:rsidR="00DE6D3C" w:rsidRDefault="00FE2FFB">
      <w:pPr>
        <w:pStyle w:val="Naslov2"/>
      </w:pPr>
      <w:r>
        <w:t>2.3 Najpomembnejši raziskovalni dosežki kandidata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519C1704" w14:textId="77777777">
        <w:tc>
          <w:tcPr>
            <w:tcW w:w="9972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4EEA0D1" w14:textId="791D57B2" w:rsidR="00DE6D3C" w:rsidRDefault="00FE2FFB">
            <w:r>
              <w:rPr>
                <w:i/>
                <w:sz w:val="18"/>
              </w:rPr>
              <w:t xml:space="preserve">Navedite do 10 najpomembnejših dosežkov iz zadnjih desetih let. Pri vsakem </w:t>
            </w:r>
            <w:r w:rsidR="003448E0">
              <w:rPr>
                <w:i/>
                <w:sz w:val="18"/>
              </w:rPr>
              <w:t xml:space="preserve">na kratko </w:t>
            </w:r>
            <w:r>
              <w:rPr>
                <w:i/>
                <w:sz w:val="18"/>
              </w:rPr>
              <w:t>pojasnite pomen, vlogo kandidata in mednarodni odmev.</w:t>
            </w:r>
          </w:p>
        </w:tc>
      </w:tr>
    </w:tbl>
    <w:p w14:paraId="6C2BCAEB" w14:textId="77777777" w:rsidR="00DE6D3C" w:rsidRDefault="00DE6D3C"/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9071"/>
      </w:tblGrid>
      <w:tr w:rsidR="00DE6D3C" w14:paraId="239CA1D0" w14:textId="77777777">
        <w:trPr>
          <w:tblHeader/>
          <w:jc w:val="center"/>
        </w:trPr>
        <w:tc>
          <w:tcPr>
            <w:tcW w:w="85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148ABC" w14:textId="77777777" w:rsidR="00DE6D3C" w:rsidRDefault="00FE2FFB">
            <w:pPr>
              <w:spacing w:after="0"/>
            </w:pPr>
            <w:r>
              <w:rPr>
                <w:b/>
                <w:color w:val="FFFFFF"/>
                <w:sz w:val="18"/>
              </w:rPr>
              <w:t>Zap. št.</w:t>
            </w:r>
          </w:p>
        </w:tc>
        <w:tc>
          <w:tcPr>
            <w:tcW w:w="9071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1B47C2" w14:textId="77777777" w:rsidR="00DE6D3C" w:rsidRDefault="00FE2FFB">
            <w:pPr>
              <w:spacing w:after="0"/>
            </w:pPr>
            <w:r>
              <w:rPr>
                <w:b/>
                <w:color w:val="FFFFFF"/>
                <w:sz w:val="18"/>
              </w:rPr>
              <w:t>Dosežek in utemeljitev</w:t>
            </w:r>
          </w:p>
        </w:tc>
      </w:tr>
      <w:tr w:rsidR="00DE6D3C" w14:paraId="28A92DFD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F87537" w14:textId="77777777" w:rsidR="00DE6D3C" w:rsidRDefault="00FE2FFB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B591DA" w14:textId="77777777" w:rsidR="00DE6D3C" w:rsidRDefault="00DE6D3C">
            <w:pPr>
              <w:spacing w:after="0"/>
            </w:pPr>
          </w:p>
        </w:tc>
      </w:tr>
      <w:tr w:rsidR="00DE6D3C" w14:paraId="47E452E7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561BEC" w14:textId="77777777" w:rsidR="00DE6D3C" w:rsidRDefault="00FE2FFB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7A24D8" w14:textId="77777777" w:rsidR="00DE6D3C" w:rsidRDefault="00DE6D3C">
            <w:pPr>
              <w:spacing w:after="0"/>
            </w:pPr>
          </w:p>
        </w:tc>
      </w:tr>
      <w:tr w:rsidR="00DE6D3C" w14:paraId="42DF6CE1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4D3911" w14:textId="77777777" w:rsidR="00DE6D3C" w:rsidRDefault="00FE2FFB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931027" w14:textId="77777777" w:rsidR="00DE6D3C" w:rsidRDefault="00DE6D3C">
            <w:pPr>
              <w:spacing w:after="0"/>
            </w:pPr>
          </w:p>
        </w:tc>
      </w:tr>
      <w:tr w:rsidR="00DE6D3C" w14:paraId="5FB1FC75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60BCDF" w14:textId="77777777" w:rsidR="00DE6D3C" w:rsidRDefault="00FE2FFB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3A7546" w14:textId="77777777" w:rsidR="00DE6D3C" w:rsidRDefault="00DE6D3C">
            <w:pPr>
              <w:spacing w:after="0"/>
            </w:pPr>
          </w:p>
        </w:tc>
      </w:tr>
      <w:tr w:rsidR="00DE6D3C" w14:paraId="5B76AEE2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2F0246" w14:textId="77777777" w:rsidR="00DE6D3C" w:rsidRDefault="00FE2FFB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77153E" w14:textId="77777777" w:rsidR="00DE6D3C" w:rsidRDefault="00DE6D3C">
            <w:pPr>
              <w:spacing w:after="0"/>
            </w:pPr>
          </w:p>
        </w:tc>
      </w:tr>
      <w:tr w:rsidR="00DE6D3C" w14:paraId="13E8C1AA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1FF941" w14:textId="77777777" w:rsidR="00DE6D3C" w:rsidRDefault="00FE2FFB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AA14B2" w14:textId="77777777" w:rsidR="00DE6D3C" w:rsidRDefault="00DE6D3C">
            <w:pPr>
              <w:spacing w:after="0"/>
            </w:pPr>
          </w:p>
        </w:tc>
      </w:tr>
      <w:tr w:rsidR="00DE6D3C" w14:paraId="07140032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5A57CB" w14:textId="77777777" w:rsidR="00DE6D3C" w:rsidRDefault="00FE2FFB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E6FA10" w14:textId="77777777" w:rsidR="00DE6D3C" w:rsidRDefault="00DE6D3C">
            <w:pPr>
              <w:spacing w:after="0"/>
            </w:pPr>
          </w:p>
        </w:tc>
      </w:tr>
      <w:tr w:rsidR="00DE6D3C" w14:paraId="078C0C9F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58437A" w14:textId="77777777" w:rsidR="00DE6D3C" w:rsidRDefault="00FE2FFB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215378" w14:textId="77777777" w:rsidR="00DE6D3C" w:rsidRDefault="00DE6D3C">
            <w:pPr>
              <w:spacing w:after="0"/>
            </w:pPr>
          </w:p>
        </w:tc>
      </w:tr>
      <w:tr w:rsidR="00DE6D3C" w14:paraId="65008D90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CCE410" w14:textId="77777777" w:rsidR="00DE6D3C" w:rsidRDefault="00FE2FFB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560B69" w14:textId="77777777" w:rsidR="00DE6D3C" w:rsidRDefault="00DE6D3C">
            <w:pPr>
              <w:spacing w:after="0"/>
            </w:pPr>
          </w:p>
        </w:tc>
      </w:tr>
      <w:tr w:rsidR="00DE6D3C" w14:paraId="18C60073" w14:textId="77777777">
        <w:trPr>
          <w:jc w:val="center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43C605" w14:textId="77777777" w:rsidR="00DE6D3C" w:rsidRDefault="00FE2FFB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90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109F90" w14:textId="77777777" w:rsidR="00DE6D3C" w:rsidRDefault="00DE6D3C">
            <w:pPr>
              <w:spacing w:after="0"/>
            </w:pPr>
          </w:p>
        </w:tc>
      </w:tr>
    </w:tbl>
    <w:p w14:paraId="7F0C0AE6" w14:textId="77777777" w:rsidR="00DE6D3C" w:rsidRDefault="00DE6D3C">
      <w:pPr>
        <w:spacing w:after="20"/>
      </w:pPr>
    </w:p>
    <w:p w14:paraId="79C26AB5" w14:textId="77777777" w:rsidR="003448E0" w:rsidRDefault="00FE2FFB" w:rsidP="003448E0">
      <w:pPr>
        <w:pStyle w:val="Naslov1"/>
      </w:pPr>
      <w:r>
        <w:t>3. PREDLOG PROGRAMSKE ENOTE</w:t>
      </w:r>
    </w:p>
    <w:p w14:paraId="21DFE621" w14:textId="072A3867" w:rsidR="00DE6D3C" w:rsidRDefault="00FE2FFB" w:rsidP="004E5DFE">
      <w:pPr>
        <w:pStyle w:val="Naslov2"/>
      </w:pPr>
      <w:r>
        <w:t>3.1 Povzetek predloga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0EDB8B31" w14:textId="77777777">
        <w:tc>
          <w:tcPr>
            <w:tcW w:w="9972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58C350A" w14:textId="3F46F174" w:rsidR="00DE6D3C" w:rsidRDefault="00FE2FFB">
            <w:r>
              <w:rPr>
                <w:i/>
                <w:sz w:val="18"/>
              </w:rPr>
              <w:t>Največ 1</w:t>
            </w:r>
            <w:r w:rsidR="00C527FE">
              <w:rPr>
                <w:i/>
                <w:sz w:val="18"/>
              </w:rPr>
              <w:t>/2</w:t>
            </w:r>
            <w:r>
              <w:rPr>
                <w:i/>
                <w:sz w:val="18"/>
              </w:rPr>
              <w:t xml:space="preserve"> stran.</w:t>
            </w:r>
          </w:p>
        </w:tc>
      </w:tr>
    </w:tbl>
    <w:p w14:paraId="17778004" w14:textId="77777777" w:rsidR="00DE6D3C" w:rsidRDefault="00DE6D3C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0E10DE9A" w14:textId="77777777">
        <w:tc>
          <w:tcPr>
            <w:tcW w:w="997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E76C92E" w14:textId="77777777" w:rsidR="00DE6D3C" w:rsidRDefault="00DE6D3C"/>
        </w:tc>
      </w:tr>
    </w:tbl>
    <w:p w14:paraId="38387B35" w14:textId="77777777" w:rsidR="00DE6D3C" w:rsidRDefault="00DE6D3C"/>
    <w:p w14:paraId="69DB821C" w14:textId="77777777" w:rsidR="00DE6D3C" w:rsidRDefault="00FE2FFB">
      <w:pPr>
        <w:pStyle w:val="Naslov2"/>
      </w:pPr>
      <w:r>
        <w:lastRenderedPageBreak/>
        <w:t>3.2 Znanstvena odličnost, raziskovalni cilji in metodologija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23A16405" w14:textId="77777777">
        <w:tc>
          <w:tcPr>
            <w:tcW w:w="9972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51B4E8E" w14:textId="3959E58C" w:rsidR="00DE6D3C" w:rsidRDefault="004A02F8">
            <w:r w:rsidRPr="004A02F8">
              <w:rPr>
                <w:i/>
                <w:iCs/>
                <w:sz w:val="18"/>
              </w:rPr>
              <w:t>Opišite izhodišča, raziskovalna vprašanja, cilje, metodologijo, izvirnost, pričakovane rezultate in predvidene prijave na mednarodne projekte skupaj s časovnico</w:t>
            </w:r>
            <w:r>
              <w:rPr>
                <w:i/>
                <w:iCs/>
                <w:sz w:val="18"/>
              </w:rPr>
              <w:t xml:space="preserve"> </w:t>
            </w:r>
            <w:r w:rsidR="004120CB">
              <w:rPr>
                <w:i/>
                <w:iCs/>
                <w:sz w:val="18"/>
              </w:rPr>
              <w:t>N</w:t>
            </w:r>
            <w:r>
              <w:rPr>
                <w:i/>
                <w:iCs/>
                <w:sz w:val="18"/>
              </w:rPr>
              <w:t xml:space="preserve">ajveč </w:t>
            </w:r>
            <w:r>
              <w:rPr>
                <w:i/>
                <w:sz w:val="18"/>
              </w:rPr>
              <w:t>2 strani</w:t>
            </w:r>
          </w:p>
        </w:tc>
      </w:tr>
    </w:tbl>
    <w:p w14:paraId="0186E3C5" w14:textId="77777777" w:rsidR="00DE6D3C" w:rsidRDefault="00DE6D3C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62439436" w14:textId="77777777">
        <w:tc>
          <w:tcPr>
            <w:tcW w:w="9972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EDCA8C7" w14:textId="77777777" w:rsidR="00DE6D3C" w:rsidRDefault="00DE6D3C"/>
        </w:tc>
      </w:tr>
    </w:tbl>
    <w:p w14:paraId="1233278E" w14:textId="77777777" w:rsidR="00DE6D3C" w:rsidRDefault="00DE6D3C"/>
    <w:p w14:paraId="6A64782D" w14:textId="77777777" w:rsidR="003448E0" w:rsidRDefault="003448E0"/>
    <w:p w14:paraId="51B36F40" w14:textId="5246600C" w:rsidR="00DE6D3C" w:rsidRDefault="00941087">
      <w:pPr>
        <w:pStyle w:val="Naslov1"/>
      </w:pPr>
      <w:r>
        <w:t>4</w:t>
      </w:r>
      <w:r w:rsidR="00FE2FFB">
        <w:t>. NAČRT DELA IN ČASOVNICA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3AA10331" w14:textId="77777777">
        <w:tc>
          <w:tcPr>
            <w:tcW w:w="9972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BBFDD7D" w14:textId="77777777" w:rsidR="00DE6D3C" w:rsidRDefault="00FE2FFB">
            <w:r>
              <w:rPr>
                <w:i/>
                <w:sz w:val="18"/>
              </w:rPr>
              <w:t>Financiranje je predvideno za šest let. Programska enota se mora vzpostaviti v devetih mesecih od odobritve financiranja.</w:t>
            </w:r>
          </w:p>
        </w:tc>
      </w:tr>
    </w:tbl>
    <w:p w14:paraId="4E042F2A" w14:textId="77777777" w:rsidR="00DE6D3C" w:rsidRDefault="00DE6D3C"/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4082"/>
        <w:gridCol w:w="4139"/>
      </w:tblGrid>
      <w:tr w:rsidR="00DE6D3C" w14:paraId="03EF8F22" w14:textId="77777777">
        <w:trPr>
          <w:tblHeader/>
          <w:jc w:val="center"/>
        </w:trPr>
        <w:tc>
          <w:tcPr>
            <w:tcW w:w="1701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923939" w14:textId="77777777" w:rsidR="00DE6D3C" w:rsidRDefault="00FE2FFB">
            <w:pPr>
              <w:spacing w:after="0"/>
            </w:pPr>
            <w:r>
              <w:rPr>
                <w:b/>
                <w:color w:val="FFFFFF"/>
                <w:sz w:val="18"/>
              </w:rPr>
              <w:t>Obdobje</w:t>
            </w:r>
          </w:p>
        </w:tc>
        <w:tc>
          <w:tcPr>
            <w:tcW w:w="4082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AA06D1" w14:textId="77777777" w:rsidR="00DE6D3C" w:rsidRDefault="00FE2FFB">
            <w:pPr>
              <w:spacing w:after="0"/>
            </w:pPr>
            <w:r>
              <w:rPr>
                <w:b/>
                <w:color w:val="FFFFFF"/>
                <w:sz w:val="18"/>
              </w:rPr>
              <w:t>Ključne aktivnosti</w:t>
            </w:r>
          </w:p>
        </w:tc>
        <w:tc>
          <w:tcPr>
            <w:tcW w:w="4139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D441DC" w14:textId="77777777" w:rsidR="00DE6D3C" w:rsidRDefault="00FE2FFB">
            <w:pPr>
              <w:spacing w:after="0"/>
            </w:pPr>
            <w:r>
              <w:rPr>
                <w:b/>
                <w:color w:val="FFFFFF"/>
                <w:sz w:val="18"/>
              </w:rPr>
              <w:t>Mejniki in rezultati</w:t>
            </w:r>
          </w:p>
        </w:tc>
      </w:tr>
      <w:tr w:rsidR="00DE6D3C" w14:paraId="2BEF0DED" w14:textId="77777777">
        <w:trPr>
          <w:jc w:val="center"/>
        </w:trPr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779B30" w14:textId="77777777" w:rsidR="00DE6D3C" w:rsidRDefault="00FE2FFB">
            <w:pPr>
              <w:spacing w:after="0"/>
            </w:pPr>
            <w:r>
              <w:rPr>
                <w:sz w:val="18"/>
              </w:rPr>
              <w:t>1. leto</w:t>
            </w:r>
          </w:p>
        </w:tc>
        <w:tc>
          <w:tcPr>
            <w:tcW w:w="408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896BE3" w14:textId="77777777" w:rsidR="00DE6D3C" w:rsidRDefault="00DE6D3C">
            <w:pPr>
              <w:spacing w:after="0"/>
            </w:pPr>
          </w:p>
        </w:tc>
        <w:tc>
          <w:tcPr>
            <w:tcW w:w="41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CA913" w14:textId="77777777" w:rsidR="00DE6D3C" w:rsidRDefault="00DE6D3C">
            <w:pPr>
              <w:spacing w:after="0"/>
            </w:pPr>
          </w:p>
        </w:tc>
      </w:tr>
      <w:tr w:rsidR="00DE6D3C" w14:paraId="7385ED79" w14:textId="77777777">
        <w:trPr>
          <w:jc w:val="center"/>
        </w:trPr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F616A4" w14:textId="77777777" w:rsidR="00DE6D3C" w:rsidRDefault="00FE2FFB">
            <w:pPr>
              <w:spacing w:after="0"/>
            </w:pPr>
            <w:r>
              <w:rPr>
                <w:sz w:val="18"/>
              </w:rPr>
              <w:t>2. leto</w:t>
            </w:r>
          </w:p>
        </w:tc>
        <w:tc>
          <w:tcPr>
            <w:tcW w:w="408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CF4760" w14:textId="77777777" w:rsidR="00DE6D3C" w:rsidRDefault="00DE6D3C">
            <w:pPr>
              <w:spacing w:after="0"/>
            </w:pPr>
          </w:p>
        </w:tc>
        <w:tc>
          <w:tcPr>
            <w:tcW w:w="41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217C0" w14:textId="77777777" w:rsidR="00DE6D3C" w:rsidRDefault="00DE6D3C">
            <w:pPr>
              <w:spacing w:after="0"/>
            </w:pPr>
          </w:p>
        </w:tc>
      </w:tr>
      <w:tr w:rsidR="00DE6D3C" w14:paraId="053EB53E" w14:textId="77777777">
        <w:trPr>
          <w:jc w:val="center"/>
        </w:trPr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F43B28" w14:textId="77777777" w:rsidR="00DE6D3C" w:rsidRDefault="00FE2FFB">
            <w:pPr>
              <w:spacing w:after="0"/>
            </w:pPr>
            <w:r>
              <w:rPr>
                <w:sz w:val="18"/>
              </w:rPr>
              <w:t>3. leto</w:t>
            </w:r>
          </w:p>
        </w:tc>
        <w:tc>
          <w:tcPr>
            <w:tcW w:w="408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8E65A3" w14:textId="77777777" w:rsidR="00DE6D3C" w:rsidRDefault="00DE6D3C">
            <w:pPr>
              <w:spacing w:after="0"/>
            </w:pPr>
          </w:p>
        </w:tc>
        <w:tc>
          <w:tcPr>
            <w:tcW w:w="41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DE2503" w14:textId="77777777" w:rsidR="00DE6D3C" w:rsidRDefault="00DE6D3C">
            <w:pPr>
              <w:spacing w:after="0"/>
            </w:pPr>
          </w:p>
        </w:tc>
      </w:tr>
      <w:tr w:rsidR="00DE6D3C" w14:paraId="2AD68933" w14:textId="77777777">
        <w:trPr>
          <w:jc w:val="center"/>
        </w:trPr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BBB422" w14:textId="77777777" w:rsidR="00DE6D3C" w:rsidRDefault="00FE2FFB">
            <w:pPr>
              <w:spacing w:after="0"/>
            </w:pPr>
            <w:r>
              <w:rPr>
                <w:sz w:val="18"/>
              </w:rPr>
              <w:t>4. leto</w:t>
            </w:r>
          </w:p>
        </w:tc>
        <w:tc>
          <w:tcPr>
            <w:tcW w:w="408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FA676D" w14:textId="77777777" w:rsidR="00DE6D3C" w:rsidRDefault="00DE6D3C">
            <w:pPr>
              <w:spacing w:after="0"/>
            </w:pPr>
          </w:p>
        </w:tc>
        <w:tc>
          <w:tcPr>
            <w:tcW w:w="41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5E89BB" w14:textId="77777777" w:rsidR="00DE6D3C" w:rsidRDefault="00DE6D3C">
            <w:pPr>
              <w:spacing w:after="0"/>
            </w:pPr>
          </w:p>
        </w:tc>
      </w:tr>
      <w:tr w:rsidR="00DE6D3C" w14:paraId="7A66E68D" w14:textId="77777777">
        <w:trPr>
          <w:jc w:val="center"/>
        </w:trPr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5A4133" w14:textId="77777777" w:rsidR="00DE6D3C" w:rsidRDefault="00FE2FFB">
            <w:pPr>
              <w:spacing w:after="0"/>
            </w:pPr>
            <w:r>
              <w:rPr>
                <w:sz w:val="18"/>
              </w:rPr>
              <w:t>5. leto</w:t>
            </w:r>
          </w:p>
        </w:tc>
        <w:tc>
          <w:tcPr>
            <w:tcW w:w="408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83E292" w14:textId="77777777" w:rsidR="00DE6D3C" w:rsidRDefault="00DE6D3C">
            <w:pPr>
              <w:spacing w:after="0"/>
            </w:pPr>
          </w:p>
        </w:tc>
        <w:tc>
          <w:tcPr>
            <w:tcW w:w="41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97D8DA" w14:textId="77777777" w:rsidR="00DE6D3C" w:rsidRDefault="00DE6D3C">
            <w:pPr>
              <w:spacing w:after="0"/>
            </w:pPr>
          </w:p>
        </w:tc>
      </w:tr>
      <w:tr w:rsidR="00DE6D3C" w14:paraId="13E7F322" w14:textId="77777777">
        <w:trPr>
          <w:jc w:val="center"/>
        </w:trPr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A7BABD" w14:textId="77777777" w:rsidR="00DE6D3C" w:rsidRDefault="00FE2FFB">
            <w:pPr>
              <w:spacing w:after="0"/>
            </w:pPr>
            <w:r>
              <w:rPr>
                <w:sz w:val="18"/>
              </w:rPr>
              <w:t>6. leto</w:t>
            </w:r>
          </w:p>
        </w:tc>
        <w:tc>
          <w:tcPr>
            <w:tcW w:w="408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B3C6E4" w14:textId="77777777" w:rsidR="00DE6D3C" w:rsidRDefault="00DE6D3C">
            <w:pPr>
              <w:spacing w:after="0"/>
            </w:pPr>
          </w:p>
        </w:tc>
        <w:tc>
          <w:tcPr>
            <w:tcW w:w="41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E1F7B0" w14:textId="77777777" w:rsidR="00DE6D3C" w:rsidRDefault="00DE6D3C">
            <w:pPr>
              <w:spacing w:after="0"/>
            </w:pPr>
          </w:p>
        </w:tc>
      </w:tr>
    </w:tbl>
    <w:p w14:paraId="44670ACF" w14:textId="77777777" w:rsidR="00DE6D3C" w:rsidRDefault="00DE6D3C">
      <w:pPr>
        <w:spacing w:after="20"/>
      </w:pPr>
    </w:p>
    <w:p w14:paraId="584ABE2A" w14:textId="3289292A" w:rsidR="00DE6D3C" w:rsidRDefault="004A02F8">
      <w:pPr>
        <w:pStyle w:val="Naslov1"/>
      </w:pPr>
      <w:r>
        <w:t>5</w:t>
      </w:r>
      <w:r w:rsidR="00FE2FFB">
        <w:t>. IZJAVE IN POTRDITVE</w:t>
      </w:r>
    </w:p>
    <w:p w14:paraId="466E3729" w14:textId="77777777" w:rsidR="00DE6D3C" w:rsidRDefault="00FE2FFB">
      <w:pPr>
        <w:ind w:left="170"/>
      </w:pPr>
      <w:r>
        <w:t>☐  Izjavljamo, da so podatki v prijavi resnični, popolni in preverljivi.</w:t>
      </w:r>
    </w:p>
    <w:p w14:paraId="0D46FAF0" w14:textId="77777777" w:rsidR="00DE6D3C" w:rsidRDefault="00FE2FFB">
      <w:pPr>
        <w:ind w:left="170"/>
      </w:pPr>
      <w:r>
        <w:t>☐  Potrjujemo, da je prijava pripravljena v sodelovanju s kandidatom za vodjo programske enote in vodjo raziskovalnega programa.</w:t>
      </w:r>
    </w:p>
    <w:p w14:paraId="771570E5" w14:textId="77777777" w:rsidR="00DE6D3C" w:rsidRDefault="00FE2FFB">
      <w:pPr>
        <w:ind w:left="170"/>
      </w:pPr>
      <w:r>
        <w:t>☐  Kandidat soglaša, da bo v času vodenja programske enote v Republiki Sloveniji zaposlen izključno na Univerzi v Ljubljani.</w:t>
      </w:r>
    </w:p>
    <w:p w14:paraId="0C990BBD" w14:textId="77777777" w:rsidR="00DE6D3C" w:rsidRDefault="00FE2FFB">
      <w:pPr>
        <w:ind w:left="170"/>
      </w:pPr>
      <w:r>
        <w:t>☐  Seznanjeni smo, da po izteku roka sprememba kandidata za vodjo programske enote ni dovoljena.</w:t>
      </w:r>
    </w:p>
    <w:p w14:paraId="6663FF97" w14:textId="77777777" w:rsidR="00DE6D3C" w:rsidRDefault="00FE2FFB">
      <w:pPr>
        <w:ind w:left="170"/>
      </w:pPr>
      <w:r>
        <w:t>☐  Seznanjeni smo, da sklep o izboru in financiranju ne ustvarja pravice kandidata do sklenitve pogodbe o zaposlitvi.</w:t>
      </w:r>
    </w:p>
    <w:p w14:paraId="25512AF5" w14:textId="77777777" w:rsidR="00DE6D3C" w:rsidRDefault="00FE2FFB">
      <w:pPr>
        <w:ind w:left="170"/>
      </w:pPr>
      <w:r>
        <w:t>☐  Soglašamo z obdelavo osebnih podatkov za namen izvedbe internega razpisa v skladu z razpisno dokumentacijo.</w:t>
      </w:r>
    </w:p>
    <w:p w14:paraId="715DC9D3" w14:textId="77777777" w:rsidR="00EE009E" w:rsidRDefault="00EE009E">
      <w:pPr>
        <w:ind w:left="170"/>
      </w:pPr>
    </w:p>
    <w:p w14:paraId="4D07C689" w14:textId="77777777" w:rsidR="00EE009E" w:rsidRDefault="00EE009E">
      <w:pPr>
        <w:ind w:left="170"/>
      </w:pPr>
    </w:p>
    <w:p w14:paraId="5C6BCB6C" w14:textId="77777777" w:rsidR="00EE009E" w:rsidRDefault="00EE009E">
      <w:pPr>
        <w:ind w:left="170"/>
      </w:pPr>
    </w:p>
    <w:p w14:paraId="35E9D072" w14:textId="52FD0A2C" w:rsidR="00DE6D3C" w:rsidRDefault="004A02F8">
      <w:pPr>
        <w:pStyle w:val="Naslov2"/>
      </w:pPr>
      <w:r>
        <w:lastRenderedPageBreak/>
        <w:t>5</w:t>
      </w:r>
      <w:r w:rsidR="003448E0">
        <w:t xml:space="preserve">. </w:t>
      </w:r>
      <w:r w:rsidR="00FE2FFB">
        <w:t>1 Potrditev kandidata za vodjo programske enote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3402"/>
      </w:tblGrid>
      <w:tr w:rsidR="00D25D50" w14:paraId="6AF36D3B" w14:textId="77777777">
        <w:trPr>
          <w:tblHeader/>
          <w:jc w:val="center"/>
        </w:trPr>
        <w:tc>
          <w:tcPr>
            <w:tcW w:w="3969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EE7E47" w14:textId="77777777" w:rsidR="00D25D50" w:rsidRDefault="00D25D50">
            <w:pPr>
              <w:spacing w:after="0"/>
            </w:pPr>
            <w:r>
              <w:rPr>
                <w:b/>
                <w:color w:val="FFFFFF"/>
                <w:sz w:val="18"/>
              </w:rPr>
              <w:t>Ime in priimek</w:t>
            </w:r>
          </w:p>
        </w:tc>
        <w:tc>
          <w:tcPr>
            <w:tcW w:w="3402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F51355" w14:textId="0DC2F286" w:rsidR="00D25D50" w:rsidRDefault="00D25D50">
            <w:pPr>
              <w:spacing w:after="0"/>
            </w:pPr>
            <w:r>
              <w:rPr>
                <w:b/>
                <w:color w:val="FFFFFF"/>
                <w:sz w:val="18"/>
              </w:rPr>
              <w:t>Digitalni podpis</w:t>
            </w:r>
          </w:p>
        </w:tc>
      </w:tr>
      <w:tr w:rsidR="00D25D50" w14:paraId="6606B884" w14:textId="77777777">
        <w:trPr>
          <w:jc w:val="center"/>
        </w:trPr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B269F8" w14:textId="77777777" w:rsidR="00D25D50" w:rsidRDefault="00D25D50">
            <w:pPr>
              <w:spacing w:after="0"/>
            </w:pPr>
          </w:p>
        </w:tc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3F4354" w14:textId="77777777" w:rsidR="00D25D50" w:rsidRDefault="00D25D50">
            <w:pPr>
              <w:spacing w:after="0"/>
            </w:pPr>
          </w:p>
        </w:tc>
      </w:tr>
    </w:tbl>
    <w:p w14:paraId="2AE19957" w14:textId="77777777" w:rsidR="00DE6D3C" w:rsidRDefault="00DE6D3C">
      <w:pPr>
        <w:spacing w:after="20"/>
      </w:pPr>
    </w:p>
    <w:p w14:paraId="2BC45BF9" w14:textId="0C43EC09" w:rsidR="00DE6D3C" w:rsidRDefault="004A02F8">
      <w:pPr>
        <w:pStyle w:val="Naslov2"/>
      </w:pPr>
      <w:r>
        <w:t>5</w:t>
      </w:r>
      <w:r w:rsidR="00FE2FFB">
        <w:t>.2 Potrditev vodje raziskovalnega programa</w:t>
      </w:r>
      <w:r w:rsidR="00C507C8">
        <w:t xml:space="preserve"> UL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3402"/>
      </w:tblGrid>
      <w:tr w:rsidR="00D25D50" w14:paraId="08B0D18E" w14:textId="77777777">
        <w:trPr>
          <w:tblHeader/>
          <w:jc w:val="center"/>
        </w:trPr>
        <w:tc>
          <w:tcPr>
            <w:tcW w:w="3969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09303B" w14:textId="77777777" w:rsidR="00D25D50" w:rsidRDefault="00D25D50">
            <w:pPr>
              <w:spacing w:after="0"/>
            </w:pPr>
            <w:r>
              <w:rPr>
                <w:b/>
                <w:color w:val="FFFFFF"/>
                <w:sz w:val="18"/>
              </w:rPr>
              <w:t>Ime in priimek</w:t>
            </w:r>
          </w:p>
        </w:tc>
        <w:tc>
          <w:tcPr>
            <w:tcW w:w="3402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CB98C6" w14:textId="1C48BB80" w:rsidR="00D25D50" w:rsidRDefault="00D25D50">
            <w:pPr>
              <w:spacing w:after="0"/>
            </w:pPr>
            <w:r>
              <w:rPr>
                <w:b/>
                <w:color w:val="FFFFFF"/>
                <w:sz w:val="18"/>
              </w:rPr>
              <w:t>Digitalni podpis</w:t>
            </w:r>
          </w:p>
        </w:tc>
      </w:tr>
      <w:tr w:rsidR="00D25D50" w14:paraId="3DF7AFF3" w14:textId="77777777">
        <w:trPr>
          <w:jc w:val="center"/>
        </w:trPr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63DE1A" w14:textId="77777777" w:rsidR="00D25D50" w:rsidRDefault="00D25D50">
            <w:pPr>
              <w:spacing w:after="0"/>
            </w:pPr>
          </w:p>
        </w:tc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F48DFC" w14:textId="77777777" w:rsidR="00D25D50" w:rsidRDefault="00D25D50">
            <w:pPr>
              <w:spacing w:after="0"/>
            </w:pPr>
          </w:p>
        </w:tc>
      </w:tr>
    </w:tbl>
    <w:p w14:paraId="6225C7FB" w14:textId="77777777" w:rsidR="00DE6D3C" w:rsidRDefault="00DE6D3C">
      <w:pPr>
        <w:spacing w:after="20"/>
      </w:pPr>
    </w:p>
    <w:p w14:paraId="5E75C5B1" w14:textId="42E35965" w:rsidR="00DE6D3C" w:rsidRDefault="004A02F8">
      <w:pPr>
        <w:pStyle w:val="Naslov2"/>
      </w:pPr>
      <w:r>
        <w:t>5</w:t>
      </w:r>
      <w:r w:rsidR="00FE2FFB">
        <w:t>.3 Oddaja prijave v imenu članice UL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E6D3C" w14:paraId="6C7C963A" w14:textId="77777777">
        <w:tc>
          <w:tcPr>
            <w:tcW w:w="9972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72E0B83" w14:textId="77777777" w:rsidR="00DE6D3C" w:rsidRDefault="00FE2FFB">
            <w:r>
              <w:rPr>
                <w:i/>
                <w:sz w:val="18"/>
              </w:rPr>
              <w:t>Prijavo v imenu članice odda in elektronsko podpiše dekan članice ali od njega pooblaščena oseba.</w:t>
            </w:r>
          </w:p>
        </w:tc>
      </w:tr>
    </w:tbl>
    <w:p w14:paraId="029C0FA8" w14:textId="77777777" w:rsidR="00DE6D3C" w:rsidRDefault="00DE6D3C"/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3118"/>
      </w:tblGrid>
      <w:tr w:rsidR="00D25D50" w14:paraId="4E37D3A1" w14:textId="77777777">
        <w:trPr>
          <w:tblHeader/>
          <w:jc w:val="center"/>
        </w:trPr>
        <w:tc>
          <w:tcPr>
            <w:tcW w:w="4535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1158C1" w14:textId="77777777" w:rsidR="00D25D50" w:rsidRDefault="00D25D50">
            <w:pPr>
              <w:spacing w:after="0"/>
            </w:pPr>
            <w:r>
              <w:rPr>
                <w:b/>
                <w:color w:val="FFFFFF"/>
                <w:sz w:val="18"/>
              </w:rPr>
              <w:t>Ime in priimek dekana oziroma pooblaščene osebe</w:t>
            </w:r>
          </w:p>
        </w:tc>
        <w:tc>
          <w:tcPr>
            <w:tcW w:w="3118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55234C" w14:textId="77777777" w:rsidR="00D25D50" w:rsidRDefault="00D25D50">
            <w:pPr>
              <w:spacing w:after="0"/>
            </w:pPr>
            <w:r>
              <w:rPr>
                <w:b/>
                <w:color w:val="FFFFFF"/>
                <w:sz w:val="18"/>
              </w:rPr>
              <w:t>Digitalni podpis</w:t>
            </w:r>
          </w:p>
        </w:tc>
      </w:tr>
      <w:tr w:rsidR="00D25D50" w14:paraId="380CA9F7" w14:textId="77777777">
        <w:trPr>
          <w:jc w:val="center"/>
        </w:trPr>
        <w:tc>
          <w:tcPr>
            <w:tcW w:w="45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BEAA18" w14:textId="77777777" w:rsidR="00D25D50" w:rsidRDefault="00D25D50">
            <w:pPr>
              <w:spacing w:after="0"/>
            </w:pPr>
          </w:p>
        </w:tc>
        <w:tc>
          <w:tcPr>
            <w:tcW w:w="31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76A109" w14:textId="77777777" w:rsidR="00D25D50" w:rsidRDefault="00D25D50">
            <w:pPr>
              <w:spacing w:after="0"/>
            </w:pPr>
          </w:p>
        </w:tc>
      </w:tr>
    </w:tbl>
    <w:p w14:paraId="58E13E72" w14:textId="77777777" w:rsidR="00DE6D3C" w:rsidRDefault="00DE6D3C">
      <w:pPr>
        <w:spacing w:after="20"/>
      </w:pPr>
    </w:p>
    <w:sectPr w:rsidR="00DE6D3C" w:rsidSect="00034616">
      <w:footerReference w:type="default" r:id="rId13"/>
      <w:pgSz w:w="12240" w:h="15840"/>
      <w:pgMar w:top="964" w:right="1134" w:bottom="964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4FF5E" w14:textId="77777777" w:rsidR="006F0A8A" w:rsidRDefault="006F0A8A">
      <w:pPr>
        <w:spacing w:after="0" w:line="240" w:lineRule="auto"/>
      </w:pPr>
      <w:r>
        <w:separator/>
      </w:r>
    </w:p>
  </w:endnote>
  <w:endnote w:type="continuationSeparator" w:id="0">
    <w:p w14:paraId="11ACE2BE" w14:textId="77777777" w:rsidR="006F0A8A" w:rsidRDefault="006F0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51A9" w14:textId="77777777" w:rsidR="00DE6D3C" w:rsidRDefault="00FE2FFB">
    <w:pPr>
      <w:pStyle w:val="Noga"/>
      <w:jc w:val="center"/>
    </w:pPr>
    <w:r>
      <w:rPr>
        <w:color w:val="646464"/>
        <w:sz w:val="16"/>
      </w:rPr>
      <w:t>Univerza v Ljubljani | Prijavna vloga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EDCB8" w14:textId="77777777" w:rsidR="006F0A8A" w:rsidRDefault="006F0A8A">
      <w:pPr>
        <w:spacing w:after="0" w:line="240" w:lineRule="auto"/>
      </w:pPr>
      <w:r>
        <w:separator/>
      </w:r>
    </w:p>
  </w:footnote>
  <w:footnote w:type="continuationSeparator" w:id="0">
    <w:p w14:paraId="58209162" w14:textId="77777777" w:rsidR="006F0A8A" w:rsidRDefault="006F0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0286">
    <w:abstractNumId w:val="8"/>
  </w:num>
  <w:num w:numId="2" w16cid:durableId="52584195">
    <w:abstractNumId w:val="6"/>
  </w:num>
  <w:num w:numId="3" w16cid:durableId="480191999">
    <w:abstractNumId w:val="5"/>
  </w:num>
  <w:num w:numId="4" w16cid:durableId="1239514147">
    <w:abstractNumId w:val="4"/>
  </w:num>
  <w:num w:numId="5" w16cid:durableId="670303080">
    <w:abstractNumId w:val="7"/>
  </w:num>
  <w:num w:numId="6" w16cid:durableId="1847744495">
    <w:abstractNumId w:val="3"/>
  </w:num>
  <w:num w:numId="7" w16cid:durableId="1924291918">
    <w:abstractNumId w:val="2"/>
  </w:num>
  <w:num w:numId="8" w16cid:durableId="1813710216">
    <w:abstractNumId w:val="1"/>
  </w:num>
  <w:num w:numId="9" w16cid:durableId="155728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8EF"/>
    <w:rsid w:val="0006063C"/>
    <w:rsid w:val="00091F06"/>
    <w:rsid w:val="000B0E51"/>
    <w:rsid w:val="00124313"/>
    <w:rsid w:val="0015074B"/>
    <w:rsid w:val="001C43EE"/>
    <w:rsid w:val="00227E26"/>
    <w:rsid w:val="0024435C"/>
    <w:rsid w:val="0029639D"/>
    <w:rsid w:val="00326F90"/>
    <w:rsid w:val="003448E0"/>
    <w:rsid w:val="004120CB"/>
    <w:rsid w:val="00415FBE"/>
    <w:rsid w:val="004A02F8"/>
    <w:rsid w:val="004E5DFE"/>
    <w:rsid w:val="00620F1F"/>
    <w:rsid w:val="006828A5"/>
    <w:rsid w:val="006F0A8A"/>
    <w:rsid w:val="007139BF"/>
    <w:rsid w:val="00740AFC"/>
    <w:rsid w:val="00807B97"/>
    <w:rsid w:val="00941087"/>
    <w:rsid w:val="009F2831"/>
    <w:rsid w:val="00A50F14"/>
    <w:rsid w:val="00AA1D8D"/>
    <w:rsid w:val="00B40B09"/>
    <w:rsid w:val="00B446AC"/>
    <w:rsid w:val="00B47730"/>
    <w:rsid w:val="00B8216B"/>
    <w:rsid w:val="00BD1B73"/>
    <w:rsid w:val="00BD5252"/>
    <w:rsid w:val="00C23DE6"/>
    <w:rsid w:val="00C507C8"/>
    <w:rsid w:val="00C527FE"/>
    <w:rsid w:val="00C53BB5"/>
    <w:rsid w:val="00C96626"/>
    <w:rsid w:val="00CB0664"/>
    <w:rsid w:val="00D25D50"/>
    <w:rsid w:val="00D33A9B"/>
    <w:rsid w:val="00D44661"/>
    <w:rsid w:val="00D96A3B"/>
    <w:rsid w:val="00DE6D3C"/>
    <w:rsid w:val="00E32B38"/>
    <w:rsid w:val="00E41480"/>
    <w:rsid w:val="00ED5B9B"/>
    <w:rsid w:val="00EE009E"/>
    <w:rsid w:val="00FC693F"/>
    <w:rsid w:val="00FE2FFB"/>
    <w:rsid w:val="00FE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EDEF4E"/>
  <w14:defaultImageDpi w14:val="300"/>
  <w15:docId w15:val="{041B2E99-811C-4B0C-A1FD-DFD5530F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2F5597"/>
      <w:sz w:val="2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ripombasklic">
    <w:name w:val="annotation reference"/>
    <w:basedOn w:val="Privzetapisavaodstavka"/>
    <w:uiPriority w:val="99"/>
    <w:semiHidden/>
    <w:unhideWhenUsed/>
    <w:rsid w:val="00E4148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41480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41480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4148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41480"/>
    <w:rPr>
      <w:rFonts w:ascii="Arial" w:hAnsi="Arial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E41480"/>
    <w:pPr>
      <w:spacing w:after="0" w:line="240" w:lineRule="auto"/>
    </w:pPr>
    <w:rPr>
      <w:rFonts w:ascii="Arial" w:hAnsi="Arial"/>
      <w:sz w:val="20"/>
    </w:rPr>
  </w:style>
  <w:style w:type="character" w:styleId="Hiperpovezava">
    <w:name w:val="Hyperlink"/>
    <w:basedOn w:val="Privzetapisavaodstavka"/>
    <w:uiPriority w:val="99"/>
    <w:unhideWhenUsed/>
    <w:rsid w:val="00B40B09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B40B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rc.europa.eu/sites/default/files/2023-03/ERC_panel_structure_2024_calls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C78524E824BD40B25F35A3D4352958" ma:contentTypeVersion="0" ma:contentTypeDescription="Ustvari nov dokument." ma:contentTypeScope="" ma:versionID="d80fdc2e1b8655249119f2f1ab6dd8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850f946945a3dc6d1cdb6447b682b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14CAFD-52BA-4785-A600-5C76E86B1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2986D-235E-4C69-BDC8-4E491D892E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4DD937-0694-4F11-8CCB-C70DC7DE8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622</Words>
  <Characters>3548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Leskovar, Nejc</dc:creator>
  <cp:keywords/>
  <dc:description>generated by python-docx</dc:description>
  <cp:lastModifiedBy>Fečur, Špela</cp:lastModifiedBy>
  <cp:revision>2</cp:revision>
  <dcterms:created xsi:type="dcterms:W3CDTF">2026-10-02T06:40:00Z</dcterms:created>
  <dcterms:modified xsi:type="dcterms:W3CDTF">2026-10-02T06:40:00Z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0x010100B5C78524E824BD40B25F35A3D4352958</vt:lpwstr>
  </property>
</Properties>
</file>